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3452F" w14:textId="77777777" w:rsidR="0090621B" w:rsidRDefault="001F1F21">
      <w:pPr>
        <w:spacing w:after="0"/>
        <w:jc w:val="center"/>
      </w:pPr>
      <w:r>
        <w:rPr>
          <w:noProof/>
        </w:rPr>
        <w:drawing>
          <wp:inline distT="0" distB="0" distL="0" distR="0" wp14:anchorId="73983ED6" wp14:editId="32AF8690">
            <wp:extent cx="7272000" cy="102712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72000" cy="10271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371E62D" w14:textId="4C92CD11" w:rsidR="0090621B" w:rsidRDefault="006C7390">
      <w:pPr>
        <w:spacing w:after="0"/>
        <w:jc w:val="center"/>
      </w:pPr>
      <w:r w:rsidRPr="006C7390"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60AE1854" wp14:editId="7CDF3D4D">
            <wp:simplePos x="0" y="0"/>
            <wp:positionH relativeFrom="column">
              <wp:posOffset>385445</wp:posOffset>
            </wp:positionH>
            <wp:positionV relativeFrom="paragraph">
              <wp:posOffset>2392045</wp:posOffset>
            </wp:positionV>
            <wp:extent cx="2632830" cy="2184400"/>
            <wp:effectExtent l="0" t="0" r="0" b="6350"/>
            <wp:wrapNone/>
            <wp:docPr id="21152940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2940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34079" cy="2185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7390">
        <w:drawing>
          <wp:anchor distT="0" distB="0" distL="114300" distR="114300" simplePos="0" relativeHeight="251661312" behindDoc="0" locked="0" layoutInCell="1" allowOverlap="1" wp14:anchorId="1DA068B6" wp14:editId="3ECEF8E0">
            <wp:simplePos x="0" y="0"/>
            <wp:positionH relativeFrom="column">
              <wp:posOffset>4119245</wp:posOffset>
            </wp:positionH>
            <wp:positionV relativeFrom="paragraph">
              <wp:posOffset>2442845</wp:posOffset>
            </wp:positionV>
            <wp:extent cx="2819400" cy="2085451"/>
            <wp:effectExtent l="0" t="0" r="0" b="0"/>
            <wp:wrapNone/>
            <wp:docPr id="4143445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3445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085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F21">
        <w:rPr>
          <w:noProof/>
        </w:rPr>
        <w:drawing>
          <wp:inline distT="0" distB="0" distL="0" distR="0" wp14:anchorId="12CA0EAB" wp14:editId="06CB1B66">
            <wp:extent cx="7272000" cy="1027126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72000" cy="10271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621B" w:rsidSect="00034616">
      <w:pgSz w:w="11906" w:h="16838"/>
      <w:pgMar w:top="113" w:right="113" w:bottom="113" w:left="11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6489537">
    <w:abstractNumId w:val="8"/>
  </w:num>
  <w:num w:numId="2" w16cid:durableId="939068358">
    <w:abstractNumId w:val="6"/>
  </w:num>
  <w:num w:numId="3" w16cid:durableId="993408472">
    <w:abstractNumId w:val="5"/>
  </w:num>
  <w:num w:numId="4" w16cid:durableId="1116103281">
    <w:abstractNumId w:val="4"/>
  </w:num>
  <w:num w:numId="5" w16cid:durableId="1094478054">
    <w:abstractNumId w:val="7"/>
  </w:num>
  <w:num w:numId="6" w16cid:durableId="1259019878">
    <w:abstractNumId w:val="3"/>
  </w:num>
  <w:num w:numId="7" w16cid:durableId="451218422">
    <w:abstractNumId w:val="2"/>
  </w:num>
  <w:num w:numId="8" w16cid:durableId="423380764">
    <w:abstractNumId w:val="1"/>
  </w:num>
  <w:num w:numId="9" w16cid:durableId="1119296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1F21"/>
    <w:rsid w:val="0029639D"/>
    <w:rsid w:val="00326F90"/>
    <w:rsid w:val="006C7390"/>
    <w:rsid w:val="0090621B"/>
    <w:rsid w:val="00AA1D8D"/>
    <w:rsid w:val="00B47730"/>
    <w:rsid w:val="00CB0664"/>
    <w:rsid w:val="00CE52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4FC6D1"/>
  <w14:defaultImageDpi w14:val="300"/>
  <w15:docId w15:val="{3DCFD2E9-FDBB-4591-9AB7-11215D86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Alice Piper</cp:lastModifiedBy>
  <cp:revision>2</cp:revision>
  <dcterms:created xsi:type="dcterms:W3CDTF">2026-09-29T15:18:00Z</dcterms:created>
  <dcterms:modified xsi:type="dcterms:W3CDTF">2026-09-29T15:18:00Z</dcterms:modified>
  <cp:category/>
</cp:coreProperties>
</file>